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5F40" w14:textId="77777777" w:rsidR="005A6D1C" w:rsidRDefault="00B84A27">
      <w:pPr>
        <w:pStyle w:val="Tytu"/>
        <w:jc w:val="center"/>
      </w:pPr>
      <w:r>
        <w:t>RAMOWY PROGRAM</w:t>
      </w:r>
      <w:r>
        <w:br/>
        <w:t xml:space="preserve">XX </w:t>
      </w:r>
      <w:proofErr w:type="spellStart"/>
      <w:r>
        <w:t>Jubileuszowej</w:t>
      </w:r>
      <w:proofErr w:type="spellEnd"/>
      <w:r>
        <w:t xml:space="preserve"> </w:t>
      </w:r>
      <w:proofErr w:type="spellStart"/>
      <w:r>
        <w:t>Ogólnopolskiej</w:t>
      </w:r>
      <w:proofErr w:type="spellEnd"/>
      <w:r>
        <w:t xml:space="preserve"> </w:t>
      </w:r>
      <w:proofErr w:type="spellStart"/>
      <w:r>
        <w:t>Konferencji</w:t>
      </w:r>
      <w:proofErr w:type="spellEnd"/>
      <w:r>
        <w:t xml:space="preserve"> </w:t>
      </w:r>
      <w:proofErr w:type="spellStart"/>
      <w:r>
        <w:t>Naukowo-Technicznej</w:t>
      </w:r>
      <w:proofErr w:type="spellEnd"/>
      <w:r>
        <w:br/>
        <w:t>SEMTRAK 2026</w:t>
      </w:r>
    </w:p>
    <w:p w14:paraId="757FEDCB" w14:textId="77777777" w:rsidR="005A6D1C" w:rsidRDefault="00B84A27">
      <w:pPr>
        <w:jc w:val="center"/>
      </w:pPr>
      <w:r>
        <w:t xml:space="preserve">21–23 </w:t>
      </w:r>
      <w:proofErr w:type="spellStart"/>
      <w:r>
        <w:t>października</w:t>
      </w:r>
      <w:proofErr w:type="spellEnd"/>
      <w:r>
        <w:t xml:space="preserve"> 2026 r.</w:t>
      </w:r>
      <w:r>
        <w:br/>
        <w:t>Kraków</w:t>
      </w:r>
      <w:r>
        <w:br/>
      </w:r>
    </w:p>
    <w:p w14:paraId="47D272E4" w14:textId="77777777" w:rsidR="005A6D1C" w:rsidRDefault="00B84A27">
      <w:pPr>
        <w:pStyle w:val="Nagwek1"/>
      </w:pPr>
      <w:r>
        <w:t>DZIEŃ I – 21.10.2026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5A6D1C" w14:paraId="6F25FF68" w14:textId="77777777">
        <w:tc>
          <w:tcPr>
            <w:tcW w:w="4320" w:type="dxa"/>
          </w:tcPr>
          <w:p w14:paraId="6F8E6F44" w14:textId="77777777" w:rsidR="005A6D1C" w:rsidRDefault="00B84A27">
            <w:proofErr w:type="spellStart"/>
            <w:r>
              <w:t>Godzina</w:t>
            </w:r>
            <w:proofErr w:type="spellEnd"/>
          </w:p>
        </w:tc>
        <w:tc>
          <w:tcPr>
            <w:tcW w:w="4320" w:type="dxa"/>
          </w:tcPr>
          <w:p w14:paraId="464F66C2" w14:textId="77777777" w:rsidR="005A6D1C" w:rsidRDefault="00B84A27">
            <w:proofErr w:type="spellStart"/>
            <w:r>
              <w:t>Wydarzenie</w:t>
            </w:r>
            <w:proofErr w:type="spellEnd"/>
          </w:p>
        </w:tc>
      </w:tr>
      <w:tr w:rsidR="005A6D1C" w14:paraId="2A8874B7" w14:textId="77777777">
        <w:tc>
          <w:tcPr>
            <w:tcW w:w="4320" w:type="dxa"/>
          </w:tcPr>
          <w:p w14:paraId="1FC43E4E" w14:textId="77777777" w:rsidR="005A6D1C" w:rsidRDefault="00B84A27">
            <w:r>
              <w:t>09:00–13:30</w:t>
            </w:r>
          </w:p>
        </w:tc>
        <w:tc>
          <w:tcPr>
            <w:tcW w:w="4320" w:type="dxa"/>
          </w:tcPr>
          <w:p w14:paraId="46970430" w14:textId="77777777" w:rsidR="005A6D1C" w:rsidRDefault="00B84A27">
            <w:proofErr w:type="spellStart"/>
            <w:r>
              <w:t>Rejestracja</w:t>
            </w:r>
            <w:proofErr w:type="spellEnd"/>
            <w:r>
              <w:t xml:space="preserve"> </w:t>
            </w:r>
            <w:proofErr w:type="spellStart"/>
            <w:r>
              <w:t>uczestników</w:t>
            </w:r>
            <w:proofErr w:type="spellEnd"/>
          </w:p>
        </w:tc>
      </w:tr>
      <w:tr w:rsidR="005A6D1C" w14:paraId="38C40366" w14:textId="77777777">
        <w:tc>
          <w:tcPr>
            <w:tcW w:w="4320" w:type="dxa"/>
          </w:tcPr>
          <w:p w14:paraId="4FF24AB3" w14:textId="77777777" w:rsidR="005A6D1C" w:rsidRDefault="00B84A27">
            <w:r>
              <w:t>12:00–13:30</w:t>
            </w:r>
          </w:p>
        </w:tc>
        <w:tc>
          <w:tcPr>
            <w:tcW w:w="4320" w:type="dxa"/>
          </w:tcPr>
          <w:p w14:paraId="1D28940A" w14:textId="77777777" w:rsidR="005A6D1C" w:rsidRDefault="00B84A27">
            <w:r>
              <w:t>Lunch i networking</w:t>
            </w:r>
          </w:p>
        </w:tc>
      </w:tr>
      <w:tr w:rsidR="005A6D1C" w14:paraId="24065067" w14:textId="77777777">
        <w:tc>
          <w:tcPr>
            <w:tcW w:w="4320" w:type="dxa"/>
          </w:tcPr>
          <w:p w14:paraId="52C329A2" w14:textId="77777777" w:rsidR="005A6D1C" w:rsidRDefault="00B84A27">
            <w:r>
              <w:t>14:00–15:30</w:t>
            </w:r>
          </w:p>
        </w:tc>
        <w:tc>
          <w:tcPr>
            <w:tcW w:w="4320" w:type="dxa"/>
          </w:tcPr>
          <w:p w14:paraId="242113EE" w14:textId="77777777" w:rsidR="005A6D1C" w:rsidRDefault="00B84A27">
            <w:proofErr w:type="spellStart"/>
            <w:r>
              <w:t>Uroczyste</w:t>
            </w:r>
            <w:proofErr w:type="spellEnd"/>
            <w:r>
              <w:t xml:space="preserve"> </w:t>
            </w:r>
            <w:proofErr w:type="spellStart"/>
            <w:r>
              <w:t>otwarcie</w:t>
            </w:r>
            <w:proofErr w:type="spellEnd"/>
            <w:r>
              <w:t xml:space="preserve"> </w:t>
            </w:r>
            <w:proofErr w:type="spellStart"/>
            <w:r>
              <w:t>konferencji</w:t>
            </w:r>
            <w:proofErr w:type="spellEnd"/>
            <w:r>
              <w:t xml:space="preserve">, </w:t>
            </w:r>
            <w:proofErr w:type="spellStart"/>
            <w:r>
              <w:t>wystąpienia</w:t>
            </w:r>
            <w:proofErr w:type="spellEnd"/>
            <w:r>
              <w:t xml:space="preserve"> </w:t>
            </w:r>
            <w:proofErr w:type="spellStart"/>
            <w:r>
              <w:t>władz</w:t>
            </w:r>
            <w:proofErr w:type="spellEnd"/>
            <w:r>
              <w:t xml:space="preserve">, </w:t>
            </w:r>
            <w:proofErr w:type="spellStart"/>
            <w:r>
              <w:t>patronów</w:t>
            </w:r>
            <w:proofErr w:type="spellEnd"/>
            <w:r>
              <w:t xml:space="preserve"> </w:t>
            </w:r>
            <w:proofErr w:type="spellStart"/>
            <w:r>
              <w:t>oraz</w:t>
            </w:r>
            <w:proofErr w:type="spellEnd"/>
            <w:r>
              <w:t xml:space="preserve"> </w:t>
            </w:r>
            <w:proofErr w:type="spellStart"/>
            <w:r>
              <w:t>referat</w:t>
            </w:r>
            <w:proofErr w:type="spellEnd"/>
            <w:r>
              <w:t xml:space="preserve"> </w:t>
            </w:r>
            <w:proofErr w:type="spellStart"/>
            <w:r>
              <w:t>jubileuszowy</w:t>
            </w:r>
            <w:proofErr w:type="spellEnd"/>
            <w:r>
              <w:t xml:space="preserve"> XX </w:t>
            </w:r>
            <w:proofErr w:type="spellStart"/>
            <w:r>
              <w:t>edycji</w:t>
            </w:r>
            <w:proofErr w:type="spellEnd"/>
          </w:p>
        </w:tc>
      </w:tr>
      <w:tr w:rsidR="005A6D1C" w14:paraId="7A94034F" w14:textId="77777777">
        <w:tc>
          <w:tcPr>
            <w:tcW w:w="4320" w:type="dxa"/>
          </w:tcPr>
          <w:p w14:paraId="21474913" w14:textId="77777777" w:rsidR="005A6D1C" w:rsidRDefault="00B84A27">
            <w:r>
              <w:t>15:30–15:45</w:t>
            </w:r>
          </w:p>
        </w:tc>
        <w:tc>
          <w:tcPr>
            <w:tcW w:w="4320" w:type="dxa"/>
          </w:tcPr>
          <w:p w14:paraId="46CB2695" w14:textId="77777777" w:rsidR="005A6D1C" w:rsidRDefault="00B84A27">
            <w:proofErr w:type="spellStart"/>
            <w:r>
              <w:t>Przerwa</w:t>
            </w:r>
            <w:proofErr w:type="spellEnd"/>
            <w:r>
              <w:t xml:space="preserve"> </w:t>
            </w:r>
            <w:proofErr w:type="spellStart"/>
            <w:r>
              <w:t>kawowa</w:t>
            </w:r>
            <w:proofErr w:type="spellEnd"/>
          </w:p>
        </w:tc>
      </w:tr>
      <w:tr w:rsidR="005A6D1C" w14:paraId="68899B50" w14:textId="77777777">
        <w:tc>
          <w:tcPr>
            <w:tcW w:w="4320" w:type="dxa"/>
          </w:tcPr>
          <w:p w14:paraId="1B4FDE18" w14:textId="77777777" w:rsidR="005A6D1C" w:rsidRDefault="00B84A27">
            <w:r>
              <w:t>15:45–17:15</w:t>
            </w:r>
          </w:p>
        </w:tc>
        <w:tc>
          <w:tcPr>
            <w:tcW w:w="4320" w:type="dxa"/>
          </w:tcPr>
          <w:p w14:paraId="620803E0" w14:textId="77777777" w:rsidR="005A6D1C" w:rsidRDefault="00B84A27">
            <w:proofErr w:type="spellStart"/>
            <w:r>
              <w:t>Prezentacje</w:t>
            </w:r>
            <w:proofErr w:type="spellEnd"/>
            <w:r>
              <w:t xml:space="preserve"> </w:t>
            </w:r>
            <w:proofErr w:type="spellStart"/>
            <w:r>
              <w:t>Partnerów</w:t>
            </w:r>
            <w:proofErr w:type="spellEnd"/>
            <w:r>
              <w:t xml:space="preserve"> </w:t>
            </w:r>
            <w:proofErr w:type="spellStart"/>
            <w:r>
              <w:t>Strategicznych</w:t>
            </w:r>
            <w:proofErr w:type="spellEnd"/>
          </w:p>
        </w:tc>
      </w:tr>
      <w:tr w:rsidR="005A6D1C" w14:paraId="06C9B29B" w14:textId="77777777">
        <w:tc>
          <w:tcPr>
            <w:tcW w:w="4320" w:type="dxa"/>
          </w:tcPr>
          <w:p w14:paraId="02183E55" w14:textId="77777777" w:rsidR="005A6D1C" w:rsidRDefault="00B84A27">
            <w:r>
              <w:t>17:30–19:00</w:t>
            </w:r>
          </w:p>
        </w:tc>
        <w:tc>
          <w:tcPr>
            <w:tcW w:w="4320" w:type="dxa"/>
          </w:tcPr>
          <w:p w14:paraId="771BF66D" w14:textId="77777777" w:rsidR="005A6D1C" w:rsidRDefault="00B84A27">
            <w:r>
              <w:t xml:space="preserve">Panel </w:t>
            </w:r>
            <w:proofErr w:type="spellStart"/>
            <w:r>
              <w:t>Dyskusyjny</w:t>
            </w:r>
            <w:proofErr w:type="spellEnd"/>
            <w:r>
              <w:t xml:space="preserve"> I: Polska </w:t>
            </w:r>
            <w:proofErr w:type="spellStart"/>
            <w:r>
              <w:t>kolej</w:t>
            </w:r>
            <w:proofErr w:type="spellEnd"/>
            <w:r>
              <w:t xml:space="preserve"> 2040 – </w:t>
            </w:r>
            <w:proofErr w:type="spellStart"/>
            <w:r>
              <w:t>infrastruktura</w:t>
            </w:r>
            <w:proofErr w:type="spellEnd"/>
            <w:r>
              <w:t xml:space="preserve"> </w:t>
            </w:r>
            <w:proofErr w:type="spellStart"/>
            <w:r>
              <w:t>dla</w:t>
            </w:r>
            <w:proofErr w:type="spellEnd"/>
            <w:r>
              <w:t xml:space="preserve"> </w:t>
            </w:r>
            <w:proofErr w:type="spellStart"/>
            <w:r>
              <w:t>kolei</w:t>
            </w:r>
            <w:proofErr w:type="spellEnd"/>
            <w:r>
              <w:t xml:space="preserve"> </w:t>
            </w:r>
            <w:proofErr w:type="spellStart"/>
            <w:r>
              <w:t>dużych</w:t>
            </w:r>
            <w:proofErr w:type="spellEnd"/>
            <w:r>
              <w:t xml:space="preserve"> </w:t>
            </w:r>
            <w:proofErr w:type="spellStart"/>
            <w:r>
              <w:t>prędkości</w:t>
            </w:r>
            <w:proofErr w:type="spellEnd"/>
            <w:r>
              <w:t xml:space="preserve"> i </w:t>
            </w:r>
            <w:proofErr w:type="spellStart"/>
            <w:r>
              <w:t>nowej</w:t>
            </w:r>
            <w:proofErr w:type="spellEnd"/>
            <w:r>
              <w:t xml:space="preserve"> </w:t>
            </w:r>
            <w:proofErr w:type="spellStart"/>
            <w:r>
              <w:t>generacji</w:t>
            </w:r>
            <w:proofErr w:type="spellEnd"/>
            <w:r>
              <w:t xml:space="preserve"> </w:t>
            </w:r>
            <w:proofErr w:type="spellStart"/>
            <w:r>
              <w:t>transportu</w:t>
            </w:r>
            <w:proofErr w:type="spellEnd"/>
            <w:r>
              <w:t xml:space="preserve"> </w:t>
            </w:r>
            <w:proofErr w:type="spellStart"/>
            <w:r>
              <w:t>szynowego</w:t>
            </w:r>
            <w:proofErr w:type="spellEnd"/>
          </w:p>
        </w:tc>
      </w:tr>
      <w:tr w:rsidR="005A6D1C" w14:paraId="6438DFCB" w14:textId="77777777">
        <w:tc>
          <w:tcPr>
            <w:tcW w:w="4320" w:type="dxa"/>
          </w:tcPr>
          <w:p w14:paraId="02D5AA39" w14:textId="77777777" w:rsidR="005A6D1C" w:rsidRDefault="00B84A27">
            <w:r>
              <w:t>20:00</w:t>
            </w:r>
          </w:p>
        </w:tc>
        <w:tc>
          <w:tcPr>
            <w:tcW w:w="4320" w:type="dxa"/>
          </w:tcPr>
          <w:p w14:paraId="59EFEBE0" w14:textId="77777777" w:rsidR="005A6D1C" w:rsidRDefault="00B84A27">
            <w:proofErr w:type="spellStart"/>
            <w:r>
              <w:t>Uroczysta</w:t>
            </w:r>
            <w:proofErr w:type="spellEnd"/>
            <w:r>
              <w:t xml:space="preserve"> Gala </w:t>
            </w:r>
            <w:proofErr w:type="spellStart"/>
            <w:r>
              <w:t>Jubileuszowa</w:t>
            </w:r>
            <w:proofErr w:type="spellEnd"/>
            <w:r>
              <w:t xml:space="preserve"> SEMTRAK 2026</w:t>
            </w:r>
          </w:p>
        </w:tc>
      </w:tr>
    </w:tbl>
    <w:p w14:paraId="74EE6368" w14:textId="77777777" w:rsidR="005A6D1C" w:rsidRDefault="00B84A27">
      <w:pPr>
        <w:pStyle w:val="Nagwek1"/>
      </w:pPr>
      <w:r>
        <w:t>DZIEŃ II – 22.10.2026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5A6D1C" w14:paraId="3FE3FF32" w14:textId="77777777">
        <w:tc>
          <w:tcPr>
            <w:tcW w:w="4320" w:type="dxa"/>
          </w:tcPr>
          <w:p w14:paraId="786885DD" w14:textId="77777777" w:rsidR="005A6D1C" w:rsidRDefault="00B84A27">
            <w:proofErr w:type="spellStart"/>
            <w:r>
              <w:t>Godzina</w:t>
            </w:r>
            <w:proofErr w:type="spellEnd"/>
          </w:p>
        </w:tc>
        <w:tc>
          <w:tcPr>
            <w:tcW w:w="4320" w:type="dxa"/>
          </w:tcPr>
          <w:p w14:paraId="5CE45D81" w14:textId="77777777" w:rsidR="005A6D1C" w:rsidRDefault="00B84A27">
            <w:proofErr w:type="spellStart"/>
            <w:r>
              <w:t>Wydarzenie</w:t>
            </w:r>
            <w:proofErr w:type="spellEnd"/>
          </w:p>
        </w:tc>
      </w:tr>
      <w:tr w:rsidR="005A6D1C" w14:paraId="12510665" w14:textId="77777777">
        <w:tc>
          <w:tcPr>
            <w:tcW w:w="4320" w:type="dxa"/>
          </w:tcPr>
          <w:p w14:paraId="28C1F922" w14:textId="77777777" w:rsidR="005A6D1C" w:rsidRDefault="00B84A27">
            <w:r>
              <w:t>08:30–09:30</w:t>
            </w:r>
          </w:p>
        </w:tc>
        <w:tc>
          <w:tcPr>
            <w:tcW w:w="4320" w:type="dxa"/>
          </w:tcPr>
          <w:p w14:paraId="347F4A45" w14:textId="77777777" w:rsidR="005A6D1C" w:rsidRDefault="00B84A27">
            <w:proofErr w:type="spellStart"/>
            <w:r>
              <w:t>Zebranie</w:t>
            </w:r>
            <w:proofErr w:type="spellEnd"/>
            <w:r>
              <w:t xml:space="preserve"> CKSTE SEP</w:t>
            </w:r>
          </w:p>
        </w:tc>
      </w:tr>
      <w:tr w:rsidR="005A6D1C" w14:paraId="56F78845" w14:textId="77777777">
        <w:tc>
          <w:tcPr>
            <w:tcW w:w="4320" w:type="dxa"/>
          </w:tcPr>
          <w:p w14:paraId="496F158D" w14:textId="77777777" w:rsidR="005A6D1C" w:rsidRDefault="00B84A27">
            <w:r>
              <w:t>09:30–10:45</w:t>
            </w:r>
          </w:p>
        </w:tc>
        <w:tc>
          <w:tcPr>
            <w:tcW w:w="4320" w:type="dxa"/>
          </w:tcPr>
          <w:p w14:paraId="459A994A" w14:textId="7A407729" w:rsidR="005A6D1C" w:rsidRDefault="00B84A27">
            <w:proofErr w:type="spellStart"/>
            <w:r>
              <w:t>Sesja</w:t>
            </w:r>
            <w:proofErr w:type="spellEnd"/>
            <w:r>
              <w:t xml:space="preserve"> I – </w:t>
            </w:r>
            <w:proofErr w:type="spellStart"/>
            <w:r>
              <w:t>Systemy</w:t>
            </w:r>
            <w:proofErr w:type="spellEnd"/>
            <w:r>
              <w:t xml:space="preserve"> </w:t>
            </w:r>
            <w:proofErr w:type="spellStart"/>
            <w:r>
              <w:t>zasilania</w:t>
            </w:r>
            <w:proofErr w:type="spellEnd"/>
            <w:r>
              <w:t xml:space="preserve"> </w:t>
            </w:r>
            <w:proofErr w:type="spellStart"/>
            <w:r>
              <w:t>trakcyjnego</w:t>
            </w:r>
            <w:proofErr w:type="spellEnd"/>
            <w:r>
              <w:t xml:space="preserve"> i </w:t>
            </w:r>
            <w:proofErr w:type="spellStart"/>
            <w:r>
              <w:t>elektroenergetyka</w:t>
            </w:r>
            <w:proofErr w:type="spellEnd"/>
            <w:r>
              <w:t xml:space="preserve"> </w:t>
            </w:r>
            <w:proofErr w:type="spellStart"/>
            <w:r>
              <w:t>kolejowa</w:t>
            </w:r>
            <w:proofErr w:type="spellEnd"/>
            <w:r w:rsidR="00C41262">
              <w:t xml:space="preserve">/ </w:t>
            </w:r>
            <w:proofErr w:type="spellStart"/>
            <w:r w:rsidR="00C41262">
              <w:t>Sesja</w:t>
            </w:r>
            <w:proofErr w:type="spellEnd"/>
            <w:r w:rsidR="00C41262">
              <w:t xml:space="preserve"> II </w:t>
            </w:r>
            <w:proofErr w:type="spellStart"/>
            <w:r w:rsidR="00C41262">
              <w:t>Aktualne</w:t>
            </w:r>
            <w:proofErr w:type="spellEnd"/>
            <w:r w:rsidR="00C41262">
              <w:t xml:space="preserve"> problem </w:t>
            </w:r>
            <w:proofErr w:type="spellStart"/>
            <w:r w:rsidR="00C41262">
              <w:t>trakcji</w:t>
            </w:r>
            <w:proofErr w:type="spellEnd"/>
            <w:r w:rsidR="00C41262">
              <w:t xml:space="preserve"> Elektrycznej</w:t>
            </w:r>
            <w:r w:rsidR="002C4657">
              <w:t xml:space="preserve"> -</w:t>
            </w:r>
            <w:r w:rsidR="00C41262">
              <w:t xml:space="preserve"> </w:t>
            </w:r>
            <w:proofErr w:type="spellStart"/>
            <w:r w:rsidR="002C4657">
              <w:t>sesja</w:t>
            </w:r>
            <w:proofErr w:type="spellEnd"/>
            <w:r w:rsidR="002C4657">
              <w:t xml:space="preserve"> w </w:t>
            </w:r>
            <w:proofErr w:type="spellStart"/>
            <w:r w:rsidR="002C4657">
              <w:t>języku</w:t>
            </w:r>
            <w:proofErr w:type="spellEnd"/>
            <w:r w:rsidR="002C4657">
              <w:t xml:space="preserve"> </w:t>
            </w:r>
            <w:proofErr w:type="spellStart"/>
            <w:r w:rsidR="002C4657">
              <w:t>angielskim</w:t>
            </w:r>
            <w:proofErr w:type="spellEnd"/>
          </w:p>
        </w:tc>
      </w:tr>
      <w:tr w:rsidR="005A6D1C" w14:paraId="3D19072F" w14:textId="77777777">
        <w:tc>
          <w:tcPr>
            <w:tcW w:w="4320" w:type="dxa"/>
          </w:tcPr>
          <w:p w14:paraId="7133977B" w14:textId="77777777" w:rsidR="005A6D1C" w:rsidRDefault="00B84A27">
            <w:r>
              <w:t>11:00–12:30</w:t>
            </w:r>
          </w:p>
        </w:tc>
        <w:tc>
          <w:tcPr>
            <w:tcW w:w="4320" w:type="dxa"/>
          </w:tcPr>
          <w:p w14:paraId="63473069" w14:textId="3EC2F851" w:rsidR="005A6D1C" w:rsidRDefault="00B84A27">
            <w:r>
              <w:t xml:space="preserve">Panel </w:t>
            </w:r>
            <w:proofErr w:type="spellStart"/>
            <w:r>
              <w:t>Dyskusyjny</w:t>
            </w:r>
            <w:proofErr w:type="spellEnd"/>
            <w:r>
              <w:t xml:space="preserve"> II: </w:t>
            </w:r>
            <w:proofErr w:type="spellStart"/>
            <w:r>
              <w:t>Cyfrowa</w:t>
            </w:r>
            <w:proofErr w:type="spellEnd"/>
            <w:r>
              <w:t xml:space="preserve"> </w:t>
            </w:r>
            <w:proofErr w:type="spellStart"/>
            <w:r>
              <w:t>transformacja</w:t>
            </w:r>
            <w:proofErr w:type="spellEnd"/>
            <w:r>
              <w:t xml:space="preserve"> </w:t>
            </w:r>
            <w:proofErr w:type="spellStart"/>
            <w:r>
              <w:t>kolei</w:t>
            </w:r>
            <w:proofErr w:type="spellEnd"/>
            <w:r>
              <w:t xml:space="preserve"> – AI, Digital Twin i </w:t>
            </w:r>
            <w:proofErr w:type="spellStart"/>
            <w:r>
              <w:t>utrzymanie</w:t>
            </w:r>
            <w:proofErr w:type="spellEnd"/>
            <w:r>
              <w:t xml:space="preserve"> </w:t>
            </w:r>
            <w:proofErr w:type="spellStart"/>
            <w:r>
              <w:t>predykcyjne</w:t>
            </w:r>
            <w:proofErr w:type="spellEnd"/>
            <w:r w:rsidR="00884239">
              <w:t xml:space="preserve"> </w:t>
            </w:r>
          </w:p>
        </w:tc>
      </w:tr>
      <w:tr w:rsidR="005A6D1C" w14:paraId="07D03CC5" w14:textId="77777777">
        <w:tc>
          <w:tcPr>
            <w:tcW w:w="4320" w:type="dxa"/>
          </w:tcPr>
          <w:p w14:paraId="04356427" w14:textId="77777777" w:rsidR="005A6D1C" w:rsidRDefault="00B84A27">
            <w:r>
              <w:t>12:30–13:30</w:t>
            </w:r>
          </w:p>
        </w:tc>
        <w:tc>
          <w:tcPr>
            <w:tcW w:w="4320" w:type="dxa"/>
          </w:tcPr>
          <w:p w14:paraId="0F4FE9FD" w14:textId="77777777" w:rsidR="005A6D1C" w:rsidRDefault="00B84A27">
            <w:proofErr w:type="spellStart"/>
            <w:r>
              <w:t>Obiad</w:t>
            </w:r>
            <w:proofErr w:type="spellEnd"/>
          </w:p>
        </w:tc>
      </w:tr>
      <w:tr w:rsidR="005A6D1C" w14:paraId="15596054" w14:textId="77777777">
        <w:tc>
          <w:tcPr>
            <w:tcW w:w="4320" w:type="dxa"/>
          </w:tcPr>
          <w:p w14:paraId="5AB80B56" w14:textId="77777777" w:rsidR="005A6D1C" w:rsidRDefault="00B84A27">
            <w:r>
              <w:t>13:30–17:30</w:t>
            </w:r>
          </w:p>
        </w:tc>
        <w:tc>
          <w:tcPr>
            <w:tcW w:w="4320" w:type="dxa"/>
          </w:tcPr>
          <w:p w14:paraId="6197BDCE" w14:textId="7B770E99" w:rsidR="005A6D1C" w:rsidRDefault="00B84A27">
            <w:proofErr w:type="spellStart"/>
            <w:r>
              <w:t>Wizyty</w:t>
            </w:r>
            <w:proofErr w:type="spellEnd"/>
            <w:r>
              <w:t xml:space="preserve"> </w:t>
            </w:r>
            <w:proofErr w:type="spellStart"/>
            <w:r>
              <w:t>studyjne</w:t>
            </w:r>
            <w:proofErr w:type="spellEnd"/>
            <w:r>
              <w:t xml:space="preserve"> (MPK Kraków / Koleje </w:t>
            </w:r>
            <w:proofErr w:type="spellStart"/>
            <w:r>
              <w:t>Małopolskie</w:t>
            </w:r>
            <w:proofErr w:type="spellEnd"/>
            <w:r>
              <w:t xml:space="preserve"> / PGE </w:t>
            </w:r>
            <w:proofErr w:type="spellStart"/>
            <w:r>
              <w:t>Energetyka</w:t>
            </w:r>
            <w:proofErr w:type="spellEnd"/>
            <w:r>
              <w:t xml:space="preserve"> </w:t>
            </w:r>
            <w:proofErr w:type="spellStart"/>
            <w:r>
              <w:t>Kolejowa</w:t>
            </w:r>
            <w:proofErr w:type="spellEnd"/>
            <w:r>
              <w:t xml:space="preserve"> / Partner </w:t>
            </w:r>
            <w:proofErr w:type="spellStart"/>
            <w:r>
              <w:t>przemysłowy</w:t>
            </w:r>
            <w:proofErr w:type="spellEnd"/>
            <w:r>
              <w:t>)</w:t>
            </w:r>
            <w:r w:rsidR="00824DD6">
              <w:t>/</w:t>
            </w:r>
            <w:proofErr w:type="spellStart"/>
            <w:r w:rsidR="00824DD6">
              <w:t>Warsztaty</w:t>
            </w:r>
            <w:proofErr w:type="spellEnd"/>
            <w:r w:rsidR="00824DD6">
              <w:t xml:space="preserve"> ASTAT</w:t>
            </w:r>
          </w:p>
        </w:tc>
      </w:tr>
      <w:tr w:rsidR="005A6D1C" w14:paraId="7774A854" w14:textId="77777777">
        <w:tc>
          <w:tcPr>
            <w:tcW w:w="4320" w:type="dxa"/>
          </w:tcPr>
          <w:p w14:paraId="20D13DD9" w14:textId="77777777" w:rsidR="005A6D1C" w:rsidRDefault="00B84A27">
            <w:r>
              <w:t>19:30</w:t>
            </w:r>
          </w:p>
        </w:tc>
        <w:tc>
          <w:tcPr>
            <w:tcW w:w="4320" w:type="dxa"/>
          </w:tcPr>
          <w:p w14:paraId="163E84AD" w14:textId="77777777" w:rsidR="005A6D1C" w:rsidRDefault="00B84A27">
            <w:proofErr w:type="spellStart"/>
            <w:r>
              <w:t>Kolacja</w:t>
            </w:r>
            <w:proofErr w:type="spellEnd"/>
            <w:r>
              <w:t xml:space="preserve"> </w:t>
            </w:r>
            <w:proofErr w:type="spellStart"/>
            <w:r>
              <w:t>koleżeńska</w:t>
            </w:r>
            <w:proofErr w:type="spellEnd"/>
          </w:p>
        </w:tc>
      </w:tr>
    </w:tbl>
    <w:p w14:paraId="516A834B" w14:textId="77777777" w:rsidR="005A6D1C" w:rsidRDefault="00B84A27">
      <w:pPr>
        <w:pStyle w:val="Nagwek1"/>
      </w:pPr>
      <w:r>
        <w:lastRenderedPageBreak/>
        <w:t>DZIEŃ III – 23.10.2026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5A6D1C" w14:paraId="6215D4DF" w14:textId="77777777">
        <w:tc>
          <w:tcPr>
            <w:tcW w:w="4320" w:type="dxa"/>
          </w:tcPr>
          <w:p w14:paraId="7E3BB9EC" w14:textId="77777777" w:rsidR="005A6D1C" w:rsidRDefault="00B84A27">
            <w:proofErr w:type="spellStart"/>
            <w:r>
              <w:t>Godzina</w:t>
            </w:r>
            <w:proofErr w:type="spellEnd"/>
          </w:p>
        </w:tc>
        <w:tc>
          <w:tcPr>
            <w:tcW w:w="4320" w:type="dxa"/>
          </w:tcPr>
          <w:p w14:paraId="54587F3B" w14:textId="77777777" w:rsidR="005A6D1C" w:rsidRDefault="00B84A27">
            <w:proofErr w:type="spellStart"/>
            <w:r>
              <w:t>Wydarzenie</w:t>
            </w:r>
            <w:proofErr w:type="spellEnd"/>
          </w:p>
        </w:tc>
      </w:tr>
      <w:tr w:rsidR="005A6D1C" w14:paraId="268592AB" w14:textId="77777777">
        <w:tc>
          <w:tcPr>
            <w:tcW w:w="4320" w:type="dxa"/>
          </w:tcPr>
          <w:p w14:paraId="7A945210" w14:textId="77777777" w:rsidR="005A6D1C" w:rsidRDefault="00B84A27">
            <w:r>
              <w:t>08:30–10:00</w:t>
            </w:r>
          </w:p>
        </w:tc>
        <w:tc>
          <w:tcPr>
            <w:tcW w:w="4320" w:type="dxa"/>
          </w:tcPr>
          <w:p w14:paraId="271D34F6" w14:textId="7C888AE5" w:rsidR="005A6D1C" w:rsidRDefault="00B84A27">
            <w:proofErr w:type="spellStart"/>
            <w:r>
              <w:t>Sesja</w:t>
            </w:r>
            <w:proofErr w:type="spellEnd"/>
            <w:r>
              <w:t xml:space="preserve"> II – </w:t>
            </w:r>
            <w:proofErr w:type="spellStart"/>
            <w:r>
              <w:t>Napędy</w:t>
            </w:r>
            <w:proofErr w:type="spellEnd"/>
            <w:r>
              <w:t xml:space="preserve"> </w:t>
            </w:r>
            <w:proofErr w:type="spellStart"/>
            <w:r>
              <w:t>trakcyjne</w:t>
            </w:r>
            <w:proofErr w:type="spellEnd"/>
            <w:r>
              <w:t xml:space="preserve"> i </w:t>
            </w:r>
            <w:proofErr w:type="spellStart"/>
            <w:r>
              <w:t>energoelektronika</w:t>
            </w:r>
            <w:proofErr w:type="spellEnd"/>
            <w:r>
              <w:br/>
            </w:r>
            <w:proofErr w:type="spellStart"/>
            <w:r>
              <w:t>Sesja</w:t>
            </w:r>
            <w:proofErr w:type="spellEnd"/>
            <w:r>
              <w:t xml:space="preserve"> III – </w:t>
            </w:r>
            <w:proofErr w:type="spellStart"/>
            <w:r>
              <w:t>Magazyny</w:t>
            </w:r>
            <w:proofErr w:type="spellEnd"/>
            <w:r>
              <w:t xml:space="preserve"> </w:t>
            </w:r>
            <w:proofErr w:type="spellStart"/>
            <w:r>
              <w:t>energiii</w:t>
            </w:r>
            <w:proofErr w:type="spellEnd"/>
            <w:r>
              <w:t xml:space="preserve"> </w:t>
            </w:r>
            <w:proofErr w:type="spellStart"/>
            <w:r>
              <w:t>zarządzanie</w:t>
            </w:r>
            <w:proofErr w:type="spellEnd"/>
            <w:r>
              <w:t xml:space="preserve"> </w:t>
            </w:r>
            <w:proofErr w:type="spellStart"/>
            <w:r>
              <w:t>energią</w:t>
            </w:r>
            <w:proofErr w:type="spellEnd"/>
          </w:p>
        </w:tc>
      </w:tr>
      <w:tr w:rsidR="005A6D1C" w14:paraId="68BDF498" w14:textId="77777777">
        <w:tc>
          <w:tcPr>
            <w:tcW w:w="4320" w:type="dxa"/>
          </w:tcPr>
          <w:p w14:paraId="6D5860AB" w14:textId="77777777" w:rsidR="005A6D1C" w:rsidRDefault="00B84A27">
            <w:r>
              <w:t>10:00–10:20</w:t>
            </w:r>
          </w:p>
        </w:tc>
        <w:tc>
          <w:tcPr>
            <w:tcW w:w="4320" w:type="dxa"/>
          </w:tcPr>
          <w:p w14:paraId="728162F3" w14:textId="77777777" w:rsidR="005A6D1C" w:rsidRDefault="00B84A27">
            <w:proofErr w:type="spellStart"/>
            <w:r>
              <w:t>Przerwa</w:t>
            </w:r>
            <w:proofErr w:type="spellEnd"/>
            <w:r>
              <w:t xml:space="preserve"> </w:t>
            </w:r>
            <w:proofErr w:type="spellStart"/>
            <w:r>
              <w:t>kawowa</w:t>
            </w:r>
            <w:proofErr w:type="spellEnd"/>
          </w:p>
        </w:tc>
      </w:tr>
      <w:tr w:rsidR="005A6D1C" w14:paraId="7DD868E7" w14:textId="77777777">
        <w:tc>
          <w:tcPr>
            <w:tcW w:w="4320" w:type="dxa"/>
          </w:tcPr>
          <w:p w14:paraId="5A5D4FD9" w14:textId="77777777" w:rsidR="005A6D1C" w:rsidRDefault="00B84A27">
            <w:r>
              <w:t>10:20–11:50</w:t>
            </w:r>
          </w:p>
        </w:tc>
        <w:tc>
          <w:tcPr>
            <w:tcW w:w="4320" w:type="dxa"/>
          </w:tcPr>
          <w:p w14:paraId="48CD0F7F" w14:textId="77777777" w:rsidR="005A6D1C" w:rsidRDefault="00B84A27">
            <w:proofErr w:type="spellStart"/>
            <w:r>
              <w:t>Sesja</w:t>
            </w:r>
            <w:proofErr w:type="spellEnd"/>
            <w:r>
              <w:t xml:space="preserve"> IV – </w:t>
            </w:r>
            <w:proofErr w:type="spellStart"/>
            <w:r>
              <w:t>Elektromobilność</w:t>
            </w:r>
            <w:proofErr w:type="spellEnd"/>
            <w:r>
              <w:t xml:space="preserve"> i </w:t>
            </w:r>
            <w:proofErr w:type="spellStart"/>
            <w:r>
              <w:t>nowoczesne</w:t>
            </w:r>
            <w:proofErr w:type="spellEnd"/>
            <w:r>
              <w:t xml:space="preserve"> </w:t>
            </w:r>
            <w:proofErr w:type="spellStart"/>
            <w:r>
              <w:t>pojazdy</w:t>
            </w:r>
            <w:proofErr w:type="spellEnd"/>
            <w:r>
              <w:t xml:space="preserve"> </w:t>
            </w:r>
            <w:proofErr w:type="spellStart"/>
            <w:r>
              <w:t>elektryczne</w:t>
            </w:r>
            <w:proofErr w:type="spellEnd"/>
            <w:r>
              <w:br/>
            </w:r>
            <w:proofErr w:type="spellStart"/>
            <w:r>
              <w:t>Sesja</w:t>
            </w:r>
            <w:proofErr w:type="spellEnd"/>
            <w:r>
              <w:t xml:space="preserve"> V – </w:t>
            </w:r>
            <w:proofErr w:type="spellStart"/>
            <w:r>
              <w:t>Sterowanie</w:t>
            </w:r>
            <w:proofErr w:type="spellEnd"/>
            <w:r>
              <w:t xml:space="preserve"> </w:t>
            </w:r>
            <w:proofErr w:type="spellStart"/>
            <w:r>
              <w:t>ruchem</w:t>
            </w:r>
            <w:proofErr w:type="spellEnd"/>
            <w:r>
              <w:t xml:space="preserve">, </w:t>
            </w:r>
            <w:proofErr w:type="spellStart"/>
            <w:r>
              <w:t>automatyka</w:t>
            </w:r>
            <w:proofErr w:type="spellEnd"/>
            <w:r>
              <w:t xml:space="preserve"> i </w:t>
            </w:r>
            <w:proofErr w:type="spellStart"/>
            <w:r>
              <w:t>cyfrowa</w:t>
            </w:r>
            <w:proofErr w:type="spellEnd"/>
            <w:r>
              <w:t xml:space="preserve"> </w:t>
            </w:r>
            <w:proofErr w:type="spellStart"/>
            <w:r>
              <w:t>kolej</w:t>
            </w:r>
            <w:proofErr w:type="spellEnd"/>
          </w:p>
        </w:tc>
      </w:tr>
      <w:tr w:rsidR="005A6D1C" w14:paraId="7D238A7E" w14:textId="77777777">
        <w:tc>
          <w:tcPr>
            <w:tcW w:w="4320" w:type="dxa"/>
          </w:tcPr>
          <w:p w14:paraId="723D6A17" w14:textId="77777777" w:rsidR="005A6D1C" w:rsidRDefault="00B84A27">
            <w:r>
              <w:t>12:00–13:00</w:t>
            </w:r>
          </w:p>
        </w:tc>
        <w:tc>
          <w:tcPr>
            <w:tcW w:w="4320" w:type="dxa"/>
          </w:tcPr>
          <w:p w14:paraId="391BDE14" w14:textId="77777777" w:rsidR="005A6D1C" w:rsidRDefault="00B84A27">
            <w:proofErr w:type="spellStart"/>
            <w:r>
              <w:t>Obiad</w:t>
            </w:r>
            <w:proofErr w:type="spellEnd"/>
          </w:p>
        </w:tc>
      </w:tr>
      <w:tr w:rsidR="005A6D1C" w14:paraId="7FC22DB0" w14:textId="77777777">
        <w:tc>
          <w:tcPr>
            <w:tcW w:w="4320" w:type="dxa"/>
          </w:tcPr>
          <w:p w14:paraId="5784ECD2" w14:textId="77777777" w:rsidR="005A6D1C" w:rsidRDefault="00B84A27">
            <w:r>
              <w:t>13:00–14:30</w:t>
            </w:r>
          </w:p>
        </w:tc>
        <w:tc>
          <w:tcPr>
            <w:tcW w:w="4320" w:type="dxa"/>
          </w:tcPr>
          <w:p w14:paraId="217E279B" w14:textId="77777777" w:rsidR="005A6D1C" w:rsidRDefault="00B84A27">
            <w:proofErr w:type="spellStart"/>
            <w:r>
              <w:t>Sesja</w:t>
            </w:r>
            <w:proofErr w:type="spellEnd"/>
            <w:r>
              <w:t xml:space="preserve"> VI – </w:t>
            </w:r>
            <w:proofErr w:type="spellStart"/>
            <w:r>
              <w:t>Kompatybilność</w:t>
            </w:r>
            <w:proofErr w:type="spellEnd"/>
            <w:r>
              <w:t xml:space="preserve"> </w:t>
            </w:r>
            <w:proofErr w:type="spellStart"/>
            <w:r>
              <w:t>elektromagnetyczna</w:t>
            </w:r>
            <w:proofErr w:type="spellEnd"/>
            <w:r>
              <w:t xml:space="preserve">, </w:t>
            </w:r>
            <w:proofErr w:type="spellStart"/>
            <w:r>
              <w:t>diagnostyka</w:t>
            </w:r>
            <w:proofErr w:type="spellEnd"/>
            <w:r>
              <w:t xml:space="preserve"> i </w:t>
            </w:r>
            <w:proofErr w:type="spellStart"/>
            <w:r>
              <w:t>bezpieczeństwo</w:t>
            </w:r>
            <w:proofErr w:type="spellEnd"/>
            <w:r>
              <w:t xml:space="preserve"> </w:t>
            </w:r>
            <w:proofErr w:type="spellStart"/>
            <w:r>
              <w:t>infrastruktury</w:t>
            </w:r>
            <w:proofErr w:type="spellEnd"/>
            <w:r>
              <w:br/>
            </w:r>
            <w:proofErr w:type="spellStart"/>
            <w:r>
              <w:t>Sesja</w:t>
            </w:r>
            <w:proofErr w:type="spellEnd"/>
            <w:r>
              <w:t xml:space="preserve"> VII – </w:t>
            </w:r>
            <w:proofErr w:type="spellStart"/>
            <w:r>
              <w:t>Innowacje</w:t>
            </w:r>
            <w:proofErr w:type="spellEnd"/>
            <w:r>
              <w:t xml:space="preserve">, </w:t>
            </w:r>
            <w:proofErr w:type="spellStart"/>
            <w:r>
              <w:t>materiały</w:t>
            </w:r>
            <w:proofErr w:type="spellEnd"/>
            <w:r>
              <w:t xml:space="preserve"> i </w:t>
            </w:r>
            <w:proofErr w:type="spellStart"/>
            <w:r>
              <w:t>technologie</w:t>
            </w:r>
            <w:proofErr w:type="spellEnd"/>
            <w:r>
              <w:t xml:space="preserve"> </w:t>
            </w:r>
            <w:proofErr w:type="spellStart"/>
            <w:r>
              <w:t>przyszłości</w:t>
            </w:r>
            <w:proofErr w:type="spellEnd"/>
            <w:r>
              <w:t xml:space="preserve"> w </w:t>
            </w:r>
            <w:proofErr w:type="spellStart"/>
            <w:r>
              <w:t>transporcie</w:t>
            </w:r>
            <w:proofErr w:type="spellEnd"/>
            <w:r>
              <w:t xml:space="preserve"> </w:t>
            </w:r>
            <w:proofErr w:type="spellStart"/>
            <w:r>
              <w:t>szynowym</w:t>
            </w:r>
            <w:proofErr w:type="spellEnd"/>
          </w:p>
        </w:tc>
      </w:tr>
      <w:tr w:rsidR="005A6D1C" w14:paraId="6A2E07F7" w14:textId="77777777">
        <w:tc>
          <w:tcPr>
            <w:tcW w:w="4320" w:type="dxa"/>
          </w:tcPr>
          <w:p w14:paraId="575FA49C" w14:textId="77777777" w:rsidR="005A6D1C" w:rsidRDefault="00B84A27">
            <w:r>
              <w:t>14:30–15:00</w:t>
            </w:r>
          </w:p>
        </w:tc>
        <w:tc>
          <w:tcPr>
            <w:tcW w:w="4320" w:type="dxa"/>
          </w:tcPr>
          <w:p w14:paraId="0B3ACF44" w14:textId="77777777" w:rsidR="005A6D1C" w:rsidRDefault="00B84A27">
            <w:proofErr w:type="spellStart"/>
            <w:r>
              <w:t>Podsumowanie</w:t>
            </w:r>
            <w:proofErr w:type="spellEnd"/>
            <w:r>
              <w:t xml:space="preserve"> </w:t>
            </w:r>
            <w:proofErr w:type="spellStart"/>
            <w:r>
              <w:t>konferencji</w:t>
            </w:r>
            <w:proofErr w:type="spellEnd"/>
            <w:r>
              <w:t xml:space="preserve">, </w:t>
            </w:r>
            <w:proofErr w:type="spellStart"/>
            <w:r>
              <w:t>wręczenie</w:t>
            </w:r>
            <w:proofErr w:type="spellEnd"/>
            <w:r>
              <w:t xml:space="preserve"> </w:t>
            </w:r>
            <w:proofErr w:type="spellStart"/>
            <w:r>
              <w:t>wyróżnień</w:t>
            </w:r>
            <w:proofErr w:type="spellEnd"/>
            <w:r>
              <w:t xml:space="preserve"> i </w:t>
            </w:r>
            <w:proofErr w:type="spellStart"/>
            <w:r>
              <w:t>zakończenie</w:t>
            </w:r>
            <w:proofErr w:type="spellEnd"/>
          </w:p>
        </w:tc>
      </w:tr>
    </w:tbl>
    <w:p w14:paraId="02B192A0" w14:textId="77777777" w:rsidR="00713DA9" w:rsidRDefault="00713DA9" w:rsidP="00953818">
      <w:pPr>
        <w:pStyle w:val="Listapunktowana"/>
        <w:numPr>
          <w:ilvl w:val="0"/>
          <w:numId w:val="0"/>
        </w:numPr>
      </w:pPr>
    </w:p>
    <w:sectPr w:rsidR="00713DA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0483201">
    <w:abstractNumId w:val="8"/>
  </w:num>
  <w:num w:numId="2" w16cid:durableId="1156533834">
    <w:abstractNumId w:val="6"/>
  </w:num>
  <w:num w:numId="3" w16cid:durableId="1653557212">
    <w:abstractNumId w:val="5"/>
  </w:num>
  <w:num w:numId="4" w16cid:durableId="2108190032">
    <w:abstractNumId w:val="4"/>
  </w:num>
  <w:num w:numId="5" w16cid:durableId="194736978">
    <w:abstractNumId w:val="7"/>
  </w:num>
  <w:num w:numId="6" w16cid:durableId="121533651">
    <w:abstractNumId w:val="3"/>
  </w:num>
  <w:num w:numId="7" w16cid:durableId="2101288524">
    <w:abstractNumId w:val="2"/>
  </w:num>
  <w:num w:numId="8" w16cid:durableId="2124180373">
    <w:abstractNumId w:val="1"/>
  </w:num>
  <w:num w:numId="9" w16cid:durableId="1860971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0AC8"/>
    <w:rsid w:val="0015074B"/>
    <w:rsid w:val="0029639D"/>
    <w:rsid w:val="002C4657"/>
    <w:rsid w:val="00326F90"/>
    <w:rsid w:val="0035141A"/>
    <w:rsid w:val="005A6D1C"/>
    <w:rsid w:val="00713DA9"/>
    <w:rsid w:val="007E36F4"/>
    <w:rsid w:val="00824DD6"/>
    <w:rsid w:val="00884239"/>
    <w:rsid w:val="00953818"/>
    <w:rsid w:val="00AA1D8D"/>
    <w:rsid w:val="00B20E92"/>
    <w:rsid w:val="00B47730"/>
    <w:rsid w:val="00B84A27"/>
    <w:rsid w:val="00BB6592"/>
    <w:rsid w:val="00C412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A92F76"/>
  <w14:defaultImageDpi w14:val="300"/>
  <w15:docId w15:val="{A3AA67F8-9410-4171-BF05-F824B796E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b91b62-a54d-432d-8dc8-85efb096c5b9">
      <Terms xmlns="http://schemas.microsoft.com/office/infopath/2007/PartnerControls"/>
    </lcf76f155ced4ddcb4097134ff3c332f>
    <TaxCatchAll xmlns="70d0c299-d181-4657-8a48-fb85bb6d915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D002FF0840FD148BF674FAFCFD2BDAC" ma:contentTypeVersion="10" ma:contentTypeDescription="Utwórz nowy dokument." ma:contentTypeScope="" ma:versionID="afab7bfe659524d2eba84d5328d67dde">
  <xsd:schema xmlns:xsd="http://www.w3.org/2001/XMLSchema" xmlns:xs="http://www.w3.org/2001/XMLSchema" xmlns:p="http://schemas.microsoft.com/office/2006/metadata/properties" xmlns:ns2="43b91b62-a54d-432d-8dc8-85efb096c5b9" xmlns:ns3="70d0c299-d181-4657-8a48-fb85bb6d9150" targetNamespace="http://schemas.microsoft.com/office/2006/metadata/properties" ma:root="true" ma:fieldsID="39f40ca8fa5d8de6d616382a775dbf24" ns2:_="" ns3:_="">
    <xsd:import namespace="43b91b62-a54d-432d-8dc8-85efb096c5b9"/>
    <xsd:import namespace="70d0c299-d181-4657-8a48-fb85bb6d91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b91b62-a54d-432d-8dc8-85efb096c5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9bb90faf-bddd-4aef-9177-4ae8916796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0c299-d181-4657-8a48-fb85bb6d915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accf62-ac3f-4849-a87b-54565b092394}" ma:internalName="TaxCatchAll" ma:showField="CatchAllData" ma:web="70d0c299-d181-4657-8a48-fb85bb6d91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E00E3E-7AAA-4AEF-940A-1162D55754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EE31F2-A1C9-4FDB-939F-710611D0C372}">
  <ds:schemaRefs>
    <ds:schemaRef ds:uri="http://schemas.microsoft.com/office/2006/metadata/properties"/>
    <ds:schemaRef ds:uri="http://schemas.microsoft.com/office/infopath/2007/PartnerControls"/>
    <ds:schemaRef ds:uri="43b91b62-a54d-432d-8dc8-85efb096c5b9"/>
    <ds:schemaRef ds:uri="70d0c299-d181-4657-8a48-fb85bb6d9150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D27DFB-05D1-484B-BA2E-852A9ED6A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b91b62-a54d-432d-8dc8-85efb096c5b9"/>
    <ds:schemaRef ds:uri="70d0c299-d181-4657-8a48-fb85bb6d91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243</Words>
  <Characters>1464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Jakub Zielonka</cp:lastModifiedBy>
  <cp:revision>7</cp:revision>
  <dcterms:created xsi:type="dcterms:W3CDTF">2026-07-03T08:19:00Z</dcterms:created>
  <dcterms:modified xsi:type="dcterms:W3CDTF">2026-09-04T15:32:00Z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0x0101003D002FF0840FD148BF674FAFCFD2BDAC</vt:lpwstr>
  </property>
  <property fmtid="{D5CDD505-2E9C-101B-9397-08002B2CF9AE}" pid="3" name="MediaServiceImageTags">
    <vt:lpwstr/>
  </property>
</Properties>
</file>